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מנהיגות</w:t>
      </w:r>
    </w:p>
    <w:p>
      <w:pPr>
        <w:bidi/>
        <w:jc w:val="right"/>
      </w:pPr>
      <w:r>
        <w:rPr>
          <w:rFonts w:ascii="Arial" w:hAnsi="Arial" w:cs="Arial"/>
          <w:sz w:val="24"/>
          <w:rtl/>
          <w:szCs w:val="24"/>
        </w:rPr>
        <w:t>• 🎯 מטרה: לתרגל את ערך השבוע "מנהיגות"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יסודי ג׳–ו׳</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ד – היכולת להוביל אחרים בדוגמה אישית, בהקשבה ובאחריות למטרה משותפת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ג – לתת מזמננו ומכוחנו לאחרים מרצון, בלי לצפות לתמורה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א – האנשים הקרובים שדואגים לנו ושאנחנו דואגים להם, בכל צורה ובכל גודל</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ב – לפתור ויכוחים במילים, בהקשבה ובחיפוש פתרון שטוב לכולם</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מנהיג</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מצפן</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מנהיגות – דף תרגול</w:t>
      </w:r>
    </w:p>
    <w:p>
      <w:pPr>
        <w:bidi/>
        <w:jc w:val="right"/>
      </w:pPr>
      <w:r>
        <w:rPr>
          <w:rFonts w:ascii="Arial" w:hAnsi="Arial" w:cs="Arial"/>
          <w:color w:val="555577"/>
          <w:sz w:val="24"/>
          <w:rtl/>
          <w:szCs w:val="24"/>
        </w:rPr>
        <w:t>ערך השבוע: מנהיגות – היכולת להוביל אחרים בדוגמה אישית, בהקשבה ובאחריות למטרה משותפת.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בכיתה החליטו לארגן מכירת עוגות לטובת פינת קריאה. מיכאל אוהב לתת הוראות, אבל שם לב שאף אחד לא מקשיב לו. הוא החליט לשאול כל אחד מה הוא אוהב לעשות. פתאום כולם רצו לעזור.</w:t>
      </w:r>
    </w:p>
    <w:p>
      <w:pPr>
        <w:bidi/>
        <w:jc w:val="right"/>
      </w:pPr>
      <w:r>
        <w:rPr>
          <w:rFonts w:ascii="Arial" w:hAnsi="Arial" w:cs="Arial"/>
          <w:sz w:val="24"/>
          <w:rtl/>
          <w:szCs w:val="24"/>
        </w:rPr>
        <w:t>1. מה ההבדל בין לתת הוראות לבין להוביל?</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איך מנהיג או מנהיגה דואגים שכולם ירגישו שייכים?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"מנהיגות"?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לספר סוד של חבר או חברה לכולם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להיות דוגמה בסדר ובניקיון</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לעזור לילד או ילדה חדשים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לוותר מיד כשקשה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להציע רעיון למשחק בהפסקה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מנהיגות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האנשים הקרובים שדואגים לנו ושאנחנו דואגים להם, בכל צורה ובכל גודל</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התנדבות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לפתור ויכוחים במילים, בהקשבה ובחיפוש פתרון שטוב לכולם</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משפחה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לתת מזמננו ומכוחנו לאחרים מרצון, בלי לצפות לתמורה</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שלום ופתרון מחלוקות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היכולת להוביל אחרים בדוגמה אישית, בהקשבה ובאחריות למטרה משותפת</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"________ אמיתי הולך ראשון ודואג שאף אחד לא יישאר מאחור"</w:t>
      </w:r>
    </w:p>
    <w:p>
      <w:pPr>
        <w:bidi/>
        <w:jc w:val="right"/>
      </w:pPr>
      <w:r>
        <w:rPr>
          <w:rFonts w:ascii="Arial" w:hAnsi="Arial" w:cs="Arial"/>
          <w:sz w:val="24"/>
          <w:rtl/>
          <w:szCs w:val="24"/>
        </w:rPr>
        <w:t>2. 🧩 חידה: יש לי מחט שתמיד מצביעה לצפון, ובעזרתי לא הולכים לאיבוד. מה אני?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להציע רעיון למשחק בהפסקה · לעזור לילד או ילדה חדשים · להיות דוגמה בסדר ובניקיון</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על להוביל ועל להקשיב?</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מתי השבוע ראיתם מישהו מוביל בדרך טובה?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מנהיגות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