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מנהיגות</w:t>
      </w:r>
    </w:p>
    <w:p>
      <w:pPr>
        <w:bidi/>
        <w:jc w:val="right"/>
      </w:pPr>
      <w:r>
        <w:rPr>
          <w:rFonts w:ascii="Arial" w:hAnsi="Arial" w:cs="Arial"/>
          <w:sz w:val="24"/>
          <w:rtl/>
          <w:szCs w:val="24"/>
        </w:rPr>
        <w:t>• 🎯 מטרה: לתרגל את ערך השבוע "מנהיגות"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היכולת להוביל אחרים בדוגמה אישית, בהקשבה ובאחריות למטרה משותפת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לתת מזמננו ומכוחנו לאחרים מרצון, בלי לצפות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האנשים הקרובים שדואגים לנו ושאנחנו דואגים להם, בכל צורה ובכל גודל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לפתור ויכוחים במילים, בהקשבה ובחיפוש פתרון שטוב לכולם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מנהיג</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9</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מנהיגות – דף תרגול</w:t>
      </w:r>
    </w:p>
    <w:p>
      <w:pPr>
        <w:bidi/>
        <w:jc w:val="right"/>
      </w:pPr>
      <w:r>
        <w:rPr>
          <w:rFonts w:ascii="Arial" w:hAnsi="Arial" w:cs="Arial"/>
          <w:color w:val="555577"/>
          <w:sz w:val="24"/>
          <w:rtl/>
          <w:szCs w:val="24"/>
        </w:rPr>
        <w:t>ערך השבוע: מנהיגות – היכולת להוביל אחרים בדוגמה אישית, בהקשבה ובאחריות למטרה משותפת.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בטיול, הקבוצה של נועה הלכה לאיבוד בשביל. כולם התחילו לצעוק ולהאשים. נועה עצרה, ביקשה מכולם לשתות מים ולנשום, ואז שאלה מי זוכר את השלט האחרון. מנהיגות היא לא תמיד להיות הכי חזק, אלא להיות הכי רגוע כשקשה.</w:t>
      </w:r>
    </w:p>
    <w:p>
      <w:pPr>
        <w:bidi/>
        <w:jc w:val="right"/>
      </w:pPr>
      <w:r>
        <w:rPr>
          <w:rFonts w:ascii="Arial" w:hAnsi="Arial" w:cs="Arial"/>
          <w:sz w:val="24"/>
          <w:rtl/>
          <w:szCs w:val="24"/>
        </w:rPr>
        <w:t>1. תארו מנהיג או מנהיגה מהחיים שלכם, מה הם עושים אחרת?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האם אפשר להוביל בלי תפקיד רשמי? איך?</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סמכות לבין השפעה?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"מנהיגות"?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לשאול את דעת מי ששותק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להוביל משימה קטנה בכיתה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להתנדב לתפקיד אחד השבוע</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מנהיגות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לתת מזמננו ומכוחנו לאחרים מרצון, בלי לצפות לתמורה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התנדבות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האנשים הקרובים שדואגים לנו ושאנחנו דואגים להם, בכל צורה ובכל גודל</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משפחה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להוביל אחרים בדוגמה אישית, בהקשבה ובאחריות למטרה משותפת</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שלום ופתרון מחלוקות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לפתור ויכוחים במילים, בהקשבה ובחיפוש פתרון שטוב לכולם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אמיתי הולך ראשון ודואג שאף אחד לא יישאר מאחור"</w:t>
      </w:r>
    </w:p>
    <w:p>
      <w:pPr>
        <w:bidi/>
        <w:jc w:val="right"/>
      </w:pPr>
      <w:r>
        <w:rPr>
          <w:rFonts w:ascii="Arial" w:hAnsi="Arial" w:cs="Arial"/>
          <w:sz w:val="24"/>
          <w:rtl/>
          <w:szCs w:val="24"/>
        </w:rPr>
        <w:t>2. 🧩 חידה: בתור לקולנוע עומדים ילדים. ליה עומדת חמישית מההתחלה וגם חמישית מהסוף. כמה ילדים בתור?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להוביל משימה קטנה בכיתה · לשאול את דעת מי ששותק · להתנדב לתפקיד אחד השבוע</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להוביל ועל להקשיב?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ראיתם מישהו מוביל בדרך טובה?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מנהיגות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