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שמחה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"שמחה"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כיף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joy / радость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smile / улыбка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to laugh / смеяться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fun / веселье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😄 שמחה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שמחה זה כשטוב בלב. חיוך קטן משמח גם חברים.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שמחה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joy · радость · ደስታ · فرح · joie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חיוך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smile · улыбка · ፈገግታ · ابتسامة · sourire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לצחוק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laugh · смеяться · መሳቅ · يضحك · rire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כיף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fun · веселье · ደስ የሚል ጊዜ · متعة · plaisir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שמחה  |  חיוך  |  לצחוק  |  כיף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fun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כיף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חיוך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שמחה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fun / веселье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חיוך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joy / радость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לצחוק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smile / улыбка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to laugh / смеяться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________ זה כשטוב בלב. חיוך קטן משמח גם חברים.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"שמחה".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הצחיק אתכם השבוע?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לחייך לשלושה אנשים ביום / לעשות משהו מצחיק ונעים עם חבר)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שמחה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