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שמחה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"שמחה"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😄 שמחה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שִׂמְחָה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😄 שמחה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😄 🎈 🌞  משפט השבוע: שִׂמְחָה קְטַנָּה בְּכָל יוֹם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עוֹזְרִים  |  שִׂמְחָה  |  יְכוֹלָה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"שִׂמְחָה קְטַנָּה בְּכָל יוֹם"?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🧭 מנהיגות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😄 שמחה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לחייך לשלושה אנשים ביום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לעשות משהו מצחיק ונעים עם 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קְטַנָּה בְּכָל יוֹם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הצחיק אתכם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לחייך לשלושה אנשים ביום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שמחה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